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🌅 פותחים שבוע · נפרדים משבוע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פותחים שבוע ונפרדים משבוע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מעגל הפתיחה בתחילת השבוע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מעגל הסיכום בסוף השבוע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מושגים כמו ערך השבוע, מטרה אישית וסבב תודה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ביום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ביום שישי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איך כל אחד מרגיש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מטרה אישית לשבוע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אומרים תודה על משהו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יושבים בשקט ונושמים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מעגל הפתיחה מתקיים ביום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אחד השלבים הוא בדיקת המטרה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בתיאור המעגל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חלק מהתוכן המיוחד למגזר הדתי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בסבב תודה אומרים תודה ולא ביקורת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זהו חלק מהמעגל ביום שישי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ברכה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מעגל למרכיב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(מעגל פתיחה)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(מעגל סיכום)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(מעגל סיכום)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(מעגל פתיחה)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(מעגל פתיחה)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(מעגל סיכום)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מעגל הפתיחה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ברכה ותאריך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 מצב רוח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מה מחכה לנו השבוע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ערך השבוע וסיפור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חידה ודקת נשימה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כרטיס מטרה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שהמטרה ברורה, ריאלית ומוסברת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אירוע קצר וחיובי מהשבוע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ראשון לפתיחה, שישי לסיכום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פתק עם מטרה אישית לשבוע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תלמיד אומר תודה על דבר טוב שקרה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שיחה קצרה לפני הדף על איך מרגישים במעגלים האלה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זמן אישי לכתיבת המשימות הפתוחות לפני שיתוף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לתלמידים הזקוקים להתאמה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🌅 פותחים שבוע · נפרדים משבוע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פותחים שבוע ונפרדים משבוע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כיתה אפשר לפתוח את השבוע ביום ראשון במעגל שיח קצר, ולסיים אותו ביום שישי במעגל סיכום. בדף הזה נתרגל את השלבים והמושגים שמופיעים במעגלים האלה.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מתקיים מעגל פתיחה?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באמצע 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בחופשה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מתקיים מעגל סיכום?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ביום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ביום 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בודקים בעזרת מד מצב הרוח?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 כל אחד מרגיש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התאריך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כותבים על כרטיס המטרה?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מטרה אישית לשבוע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ציור של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בסבב תודה?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מתלוננים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אומרים תודה על משהו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שרים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כותבים 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קורה ברגע של שקט בסוף השבוע?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רצים במסדרון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יושבים בשקט ונושמים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צועקים בקול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משחקים כדורגל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מעגל הפתיחה מתקיים ביום שישי.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במעגל הסיכום בודקים אם הגיעו למטרה שנקבעה.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 מצב הרוח הוא אנונימי.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בממלכתי־דתי יש רגע של פרשת השבוע במעגל הפתיחה.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בסבב תודה כל תלמיד צריך לבקר תלמיד אחר.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מעגל הסיכום כולל גם שרשרת מחמאות.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מעגל הפתיחה מתקיים ביום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מעגל הסיכום מתקיים ביום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בתחילת השבוע כותבים על הלוח מה __________ לנו השבוע.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השבוע בודקים אם הגיעו אל ה__________ שנקבעה בתחילת השבוע.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בסבב __________ כל תלמיד אומר דבר טוב שקרה 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בממלכתי־דתי מעגל הסיכום כולל קבלת שבת עם נרות ו__________.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מעגל למרכיב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מד מצב רוח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מעגל סיכום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קבלת שבת עם נרות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מעגל פתיחה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סבב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מעגל פתיחה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רגע של פרשה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מעגל סיכום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כרטיס מטרה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מעגל סיכום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מה למדתי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מעגל פתיחה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מעגל הפתיחה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מטרה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ברכה ותאריך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חידה ודקת נשימה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מחכה לנו השבוע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 מצב רוח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ערך השבוע וסיפור קצר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מטרה אישית אחת שהייתם רוצים להציב לעצמכם לשבוע הקרוב, ולמה בחרתם 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רגע טוב שקרה לכם השבוע, כמו שהייתם משתפים בסבב תודה.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מתקיים מעגל הפתיחה ומתי מעגל הסיכום?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כרטיס מטרה?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בסבב תודה?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פותחים שבוע ונפרדים משבוע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