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שבוע ונפרדים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מעגל הפתיחה בתחילת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מעגל הסיכום בסוף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ערך השבוע, מטרה אישית וסבב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 כל אחד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מטרה אישית לשבוע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אומרים תודה על משהו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יושבים בשקט ונושמים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מעגל הפתיחה מתקיים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אחד השלבים הוא בדיקת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חלק מהתוכן המיוחד למגזר הדתי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בסבב תודה אומרים תודה ולא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חלק מהמעגל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מעגל למרכיב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(מעגל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(מעגל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(מעגל 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ותאריך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 מצב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 השבוע וסיפור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חידה ודקת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שהמטרה ברורה, ריאלית ומוסברת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אירוע קצר וחיובי מהשבוע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ראשון לפתיחה, שישי לסיכום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עם מטרה אישית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תלמיד אומר תודה על דבר טוב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לפני הדף על איך מרגישים במעגלים האלה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לכתיבת המשימות הפתוחות לפני שיתוף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שבוע ונפרדים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מעגל פתיחה ביום ראשון ומעגל סיום ביום שישי. בדף הזה נלמד מה קורה בכל מעגל.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בתחילת השבוע, ביום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בסוף השבוע, ביום שישי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 מצב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שבו כל אחד מראה איך הוא מרגיש בעזרת אימוג׳י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תכונה שלומדים ומדברים עליהם באותו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שבו כותבים מטרה אישית לשבוע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אומר תודה על משהו טוב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של שקט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של שקט ונשימה בסוף 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מחמאות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אומר מחמאה לתלמיד אחר, אחד אחרי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פותחים את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נפרדים מהשבוע?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 מד 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כל אחד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בכרטיס המטרה?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 אישית לשבוע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בסבב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מתלוננים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תודה על משהו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ברגע השקט?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בשקט ונושמים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מתקיים ביום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הסיכום בודקים אם הגיעו למטרה שנקבעה.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הוא אנונימי.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בממלכתי־דתי יש רגע של פרשת השבוע במעגל הפתיחה.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תודה כל תלמיד צריך לבקר תלמיד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הסיכום כולל גם שרשרת מחמאות.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מעגל הפתיחה מתקיים ביום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מעגל הסיכום מתקיים ביום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בתחילת השבוע כותבים על הלוח מה __________ לנו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השבוע בודקים אם הגיעו אל ה__________ שנקבעה בתחילת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בסבב __________ כל תלמיד אומר דבר טוב שקרה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בממלכתי־דתי מעגל הסיכום כולל קבלת שבת עם נרות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מעגל למרכיב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מעגל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קבלת שבת עם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רגע של פרשה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מעגל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מעגל סיכום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מעגל הפתיחה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השבוע וסיפור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ודקת נשימה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ותאריך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רוח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מחכה לנו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מטרה אישית אחת שהייתם רוצים להציב לעצמכם לשבוע הקרוב, ולמה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טוב שקרה לכם השבוע, כמו שהייתם משתפים בסבב תודה.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מתקיים מעגל הפתיחה ומתי מעגל הסיכום?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כרטיס מטרה?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בסבב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פותחים שבוע ונפרדים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