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שבוע ונפרדים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מעגל הפתיחה בתחילת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מעגל הסיכום בסוף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ערך השבוע, מטרה אישית וסבב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 כל אחד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מעגל הפתיחה מתקיים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אחד השלבים הוא בדיקת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מעגל למרכיב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(מעגל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(מעגל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(מעגל פתיחה)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ותאריך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 מצב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 השבוע וסיפור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שהמטרה ברורה, ריאלית ומוסברת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ראשון לפתיחה, שישי לסיכום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עם מטרה אישית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תלמיד אומר תודה על דבר טוב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לפני הדף על איך מרגישים במעגלים האלה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לכתיבת המשימות הפתוחות לפני שיתוף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שבוע ונפרדים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כיתה אפשר לפתוח את השבוע ביום ראשון במעגל שיח קצר, ולסיים אותו ביום שישי במעגל סיכום. בדף הזה נתרגל את השלבים והמושגים שמופיעים במעגלים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מחכה  ·  ראשון  ·  שישי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מתקיים מעגל 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מתקיים מעגל 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בודקים בעזרת מד 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כל אחד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הפתיחה מתקיים ביום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במעגל הסיכום בודקים אם הגיעו למטרה שנקבעה.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 מצב הרוח הוא אנונימי.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מעגל הפתיחה מתקיים ביום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מעגל הסיכום מתקיים ביום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בתחילת השבוע כותבים על הלוח מה __________ לנו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מעגל למרכיב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מעגל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קבלת שבת עם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רגע של פרשה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מעגל סיכום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מעגל הפתיחה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מחכה לנו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ערך השבוע וסיפור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ברכה ותאריך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 מצב רוח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מטרה אישית אחת שהייתם רוצים להציב לעצמכם לשבוע הקרוב, ולמה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מתקיים מעגל הפתיחה ומתי מעגל הסיכום?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כרטיס מטרה?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פותחים שבוע ונפרדים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